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D8" w:rsidRDefault="00BD1C68" w:rsidP="00A256DC">
      <w:pPr>
        <w:pStyle w:val="p22"/>
        <w:spacing w:after="95" w:line="400" w:lineRule="exact"/>
        <w:jc w:val="center"/>
        <w:rPr>
          <w:lang w:eastAsia="zh-CN"/>
        </w:rPr>
      </w:pPr>
      <w:r>
        <w:rPr>
          <w:lang w:eastAsia="zh-CN"/>
        </w:rPr>
        <w:t>报名表</w:t>
      </w:r>
    </w:p>
    <w:p w:rsidR="00402DD8" w:rsidRDefault="0006180B" w:rsidP="00351BD8">
      <w:pPr>
        <w:pStyle w:val="p12"/>
        <w:tabs>
          <w:tab w:val="left" w:pos="-110"/>
          <w:tab w:val="right" w:pos="10713"/>
        </w:tabs>
        <w:spacing w:line="300" w:lineRule="exact"/>
        <w:rPr>
          <w:lang w:eastAsia="zh-CN"/>
        </w:rPr>
      </w:pPr>
      <w:r>
        <w:rPr>
          <w:rFonts w:hint="eastAsia"/>
          <w:lang w:eastAsia="zh-CN"/>
        </w:rPr>
        <w:t>岗位：</w:t>
      </w:r>
      <w:r w:rsidR="00BD1C68">
        <w:rPr>
          <w:lang w:eastAsia="zh-CN"/>
        </w:rPr>
        <w:tab/>
      </w:r>
      <w:r w:rsidR="00BD1C68">
        <w:rPr>
          <w:lang w:eastAsia="zh-CN"/>
        </w:rPr>
        <w:t>填表日期：</w:t>
      </w:r>
      <w:r w:rsidR="00BD1C68">
        <w:rPr>
          <w:lang w:eastAsia="zh-CN"/>
        </w:rPr>
        <w:t xml:space="preserve"> </w:t>
      </w:r>
      <w:r w:rsidR="00BD1C68">
        <w:rPr>
          <w:lang w:eastAsia="zh-CN"/>
        </w:rPr>
        <w:t>年</w:t>
      </w:r>
      <w:r w:rsidR="00DE645D">
        <w:rPr>
          <w:rFonts w:hint="eastAsia"/>
          <w:lang w:eastAsia="zh-CN"/>
        </w:rPr>
        <w:t xml:space="preserve">  </w:t>
      </w:r>
      <w:r w:rsidR="00BD1C68">
        <w:rPr>
          <w:lang w:eastAsia="zh-CN"/>
        </w:rPr>
        <w:t>月</w:t>
      </w:r>
      <w:r w:rsidR="00DE645D">
        <w:rPr>
          <w:rFonts w:hint="eastAsia"/>
          <w:lang w:eastAsia="zh-CN"/>
        </w:rPr>
        <w:t xml:space="preserve">  </w:t>
      </w:r>
      <w:r w:rsidR="00BD1C68">
        <w:rPr>
          <w:lang w:eastAsia="zh-CN"/>
        </w:rPr>
        <w:t>日</w:t>
      </w:r>
    </w:p>
    <w:tbl>
      <w:tblPr>
        <w:tblW w:w="11144" w:type="dxa"/>
        <w:jc w:val="center"/>
        <w:tblLayout w:type="fixed"/>
        <w:tblLook w:val="04A0" w:firstRow="1" w:lastRow="0" w:firstColumn="1" w:lastColumn="0" w:noHBand="0" w:noVBand="1"/>
      </w:tblPr>
      <w:tblGrid>
        <w:gridCol w:w="1023"/>
        <w:gridCol w:w="1377"/>
        <w:gridCol w:w="1458"/>
        <w:gridCol w:w="992"/>
        <w:gridCol w:w="1150"/>
        <w:gridCol w:w="1200"/>
        <w:gridCol w:w="1200"/>
        <w:gridCol w:w="1200"/>
        <w:gridCol w:w="1544"/>
      </w:tblGrid>
      <w:tr w:rsidR="00402DD8" w:rsidTr="0006180B">
        <w:trPr>
          <w:trHeight w:val="446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姓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名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性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民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Pr="00DE645D" w:rsidRDefault="00DE645D">
            <w:pPr>
              <w:spacing w:after="0"/>
              <w:jc w:val="center"/>
              <w:rPr>
                <w:rFonts w:eastAsia="宋体"/>
                <w:lang w:eastAsia="zh-CN"/>
              </w:rPr>
            </w:pPr>
            <w:r w:rsidRPr="00A256DC">
              <w:rPr>
                <w:rFonts w:ascii="宋体" w:eastAsia="宋体" w:hAnsi="宋体" w:hint="eastAsia"/>
                <w:sz w:val="20"/>
              </w:rPr>
              <w:t>籍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 w:rsidRPr="00A256DC">
              <w:rPr>
                <w:rFonts w:ascii="宋体" w:eastAsia="宋体" w:hAnsi="宋体" w:hint="eastAsia"/>
                <w:sz w:val="20"/>
              </w:rPr>
              <w:t>贯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06180B">
        <w:trPr>
          <w:trHeight w:val="418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出生年月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年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政治面貌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>
            <w:pPr>
              <w:spacing w:after="0"/>
              <w:jc w:val="center"/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身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 w:rsidR="00BD1C68">
              <w:rPr>
                <w:rFonts w:ascii="宋体" w:eastAsia="宋体" w:hAnsi="宋体"/>
                <w:sz w:val="20"/>
              </w:rPr>
              <w:t>高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</w:tr>
      <w:tr w:rsidR="00402DD8" w:rsidTr="0006180B">
        <w:trPr>
          <w:trHeight w:val="446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QQ号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健康状况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婚烟状况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体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</w:tr>
      <w:tr w:rsidR="00402DD8" w:rsidTr="0006180B">
        <w:trPr>
          <w:trHeight w:val="43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DE645D">
            <w:pPr>
              <w:spacing w:after="0"/>
              <w:jc w:val="center"/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微</w:t>
            </w:r>
            <w:proofErr w:type="spellStart"/>
            <w:r w:rsidR="00BD1C68">
              <w:rPr>
                <w:rFonts w:ascii="宋体" w:eastAsia="宋体" w:hAnsi="宋体"/>
                <w:sz w:val="20"/>
              </w:rPr>
              <w:t>信号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特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现工作单位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</w:tr>
      <w:tr w:rsidR="00A256DC" w:rsidTr="0006180B">
        <w:trPr>
          <w:trHeight w:val="423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256DC" w:rsidRDefault="00A256DC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身</w:t>
            </w:r>
            <w:r>
              <w:rPr>
                <w:rFonts w:ascii="宋体" w:eastAsia="宋体" w:hAnsi="宋体" w:hint="eastAsia"/>
                <w:sz w:val="20"/>
                <w:lang w:eastAsia="zh-CN"/>
              </w:rPr>
              <w:t>份</w:t>
            </w:r>
            <w:proofErr w:type="spellStart"/>
            <w:r>
              <w:rPr>
                <w:rFonts w:ascii="宋体" w:eastAsia="宋体" w:hAnsi="宋体"/>
                <w:sz w:val="20"/>
              </w:rPr>
              <w:t>证号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256DC" w:rsidRDefault="00A256DC">
            <w:pPr>
              <w:spacing w:after="0"/>
              <w:jc w:val="center"/>
            </w:pPr>
            <w:r>
              <w:rPr>
                <w:rFonts w:eastAsia="宋体" w:hint="eastAsia"/>
                <w:lang w:eastAsia="zh-CN"/>
              </w:rPr>
              <w:t xml:space="preserve">  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DC" w:rsidRPr="00A256DC" w:rsidRDefault="00A256DC">
            <w:pPr>
              <w:spacing w:after="0"/>
              <w:jc w:val="center"/>
              <w:rPr>
                <w:rFonts w:eastAsia="宋体"/>
                <w:lang w:eastAsia="zh-CN"/>
              </w:rPr>
            </w:pPr>
            <w:r w:rsidRPr="00A256DC">
              <w:rPr>
                <w:rFonts w:ascii="宋体" w:eastAsia="宋体" w:hAnsi="宋体" w:hint="eastAsia"/>
                <w:sz w:val="20"/>
              </w:rPr>
              <w:t>手机号码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256DC" w:rsidRDefault="00A256DC">
            <w:pPr>
              <w:spacing w:after="0"/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DC" w:rsidRDefault="00A256DC"/>
        </w:tc>
      </w:tr>
      <w:tr w:rsidR="00402DD8" w:rsidTr="0006180B">
        <w:trPr>
          <w:trHeight w:val="40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 w:rsidP="00A256DC">
            <w:pPr>
              <w:spacing w:after="0"/>
              <w:ind w:firstLineChars="50" w:firstLine="100"/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户籍</w:t>
            </w:r>
            <w:proofErr w:type="spellStart"/>
            <w:r w:rsidR="00BD1C68">
              <w:rPr>
                <w:rFonts w:ascii="宋体" w:eastAsia="宋体" w:hAnsi="宋体"/>
                <w:sz w:val="20"/>
              </w:rPr>
              <w:t>地址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</w:pP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法定通讯</w:t>
            </w:r>
            <w:proofErr w:type="spellEnd"/>
            <w:r>
              <w:rPr>
                <w:rFonts w:ascii="宋体" w:eastAsia="宋体" w:hAnsi="宋体"/>
                <w:sz w:val="20"/>
              </w:rPr>
              <w:br/>
            </w:r>
            <w:proofErr w:type="spellStart"/>
            <w:r>
              <w:rPr>
                <w:rFonts w:ascii="宋体" w:eastAsia="宋体" w:hAnsi="宋体"/>
                <w:sz w:val="20"/>
              </w:rPr>
              <w:t>地址</w:t>
            </w:r>
            <w:proofErr w:type="spellEnd"/>
          </w:p>
        </w:tc>
        <w:tc>
          <w:tcPr>
            <w:tcW w:w="51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56DC" w:rsidRDefault="00A256DC">
            <w:pPr>
              <w:spacing w:after="0"/>
              <w:rPr>
                <w:rFonts w:eastAsia="宋体"/>
                <w:lang w:eastAsia="zh-CN"/>
              </w:rPr>
            </w:pPr>
          </w:p>
          <w:p w:rsidR="00A256DC" w:rsidRPr="00A256DC" w:rsidRDefault="00A256DC">
            <w:pPr>
              <w:spacing w:after="0"/>
              <w:rPr>
                <w:rFonts w:eastAsia="宋体"/>
                <w:sz w:val="16"/>
                <w:szCs w:val="16"/>
                <w:lang w:eastAsia="zh-CN"/>
              </w:rPr>
            </w:pPr>
            <w:r w:rsidRPr="00A256DC">
              <w:rPr>
                <w:rFonts w:eastAsia="宋体" w:hint="eastAsia"/>
                <w:sz w:val="16"/>
                <w:szCs w:val="16"/>
                <w:lang w:eastAsia="zh-CN"/>
              </w:rPr>
              <w:t>注：如更改地址请及时联系，否则以该地址为法定送达地址。</w:t>
            </w:r>
          </w:p>
        </w:tc>
      </w:tr>
      <w:tr w:rsidR="00402DD8" w:rsidTr="0006180B">
        <w:trPr>
          <w:trHeight w:val="446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电子邮箱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  <w:tc>
          <w:tcPr>
            <w:tcW w:w="51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</w:tr>
      <w:tr w:rsidR="00DE645D" w:rsidTr="0006180B">
        <w:trPr>
          <w:trHeight w:val="411"/>
          <w:jc w:val="center"/>
        </w:trPr>
        <w:tc>
          <w:tcPr>
            <w:tcW w:w="11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645D" w:rsidRDefault="00DE645D">
            <w:pPr>
              <w:spacing w:after="0"/>
              <w:jc w:val="center"/>
            </w:pPr>
            <w:r>
              <w:rPr>
                <w:rFonts w:ascii="宋体" w:eastAsia="宋体" w:hAnsi="宋体"/>
                <w:sz w:val="20"/>
              </w:rPr>
              <w:t>教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育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信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</w:rPr>
              <w:t>息</w:t>
            </w:r>
          </w:p>
        </w:tc>
      </w:tr>
      <w:tr w:rsidR="00402DD8" w:rsidTr="0006180B">
        <w:trPr>
          <w:trHeight w:val="364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>
            <w:pPr>
              <w:spacing w:after="0"/>
              <w:jc w:val="center"/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学</w:t>
            </w:r>
            <w:r w:rsidR="00BD1C68">
              <w:rPr>
                <w:rFonts w:ascii="宋体" w:eastAsia="宋体" w:hAnsi="宋体"/>
                <w:sz w:val="20"/>
              </w:rPr>
              <w:t>历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Pr="00A256DC" w:rsidRDefault="00BD1C68" w:rsidP="00DE645D">
            <w:pPr>
              <w:spacing w:after="0"/>
              <w:jc w:val="center"/>
              <w:rPr>
                <w:sz w:val="18"/>
                <w:szCs w:val="18"/>
                <w:lang w:eastAsia="zh-CN"/>
              </w:rPr>
            </w:pPr>
            <w:r w:rsidRPr="00A256DC">
              <w:rPr>
                <w:rFonts w:ascii="宋体" w:eastAsia="宋体" w:hAnsi="宋体"/>
                <w:sz w:val="18"/>
                <w:szCs w:val="18"/>
                <w:lang w:eastAsia="zh-CN"/>
              </w:rPr>
              <w:t>口研究生口本科口专科口</w:t>
            </w:r>
            <w:r w:rsidR="00DE645D" w:rsidRPr="00A256DC">
              <w:rPr>
                <w:rFonts w:ascii="宋体" w:eastAsia="宋体" w:hAnsi="宋体" w:hint="eastAsia"/>
                <w:sz w:val="18"/>
                <w:szCs w:val="18"/>
                <w:lang w:eastAsia="zh-CN"/>
              </w:rPr>
              <w:t>退</w:t>
            </w:r>
            <w:r w:rsidRPr="00A256DC">
              <w:rPr>
                <w:rFonts w:ascii="宋体" w:eastAsia="宋体" w:hAnsi="宋体"/>
                <w:sz w:val="18"/>
                <w:szCs w:val="18"/>
                <w:lang w:eastAsia="zh-CN"/>
              </w:rPr>
              <w:t>伍军人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 w:rsidP="00DE645D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专业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06180B">
        <w:trPr>
          <w:trHeight w:val="28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学位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口硕士口学士口其他</w:t>
            </w:r>
            <w:proofErr w:type="spellEnd"/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职业资格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级别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402DD8">
            <w:pPr>
              <w:spacing w:after="0"/>
              <w:jc w:val="center"/>
            </w:pPr>
          </w:p>
        </w:tc>
      </w:tr>
      <w:tr w:rsidR="00DE645D" w:rsidTr="0006180B">
        <w:trPr>
          <w:trHeight w:val="418"/>
          <w:jc w:val="center"/>
        </w:trPr>
        <w:tc>
          <w:tcPr>
            <w:tcW w:w="11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DE645D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工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作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proofErr w:type="gramStart"/>
            <w:r>
              <w:rPr>
                <w:rFonts w:ascii="宋体" w:eastAsia="宋体" w:hAnsi="宋体"/>
                <w:sz w:val="20"/>
                <w:lang w:eastAsia="zh-CN"/>
              </w:rPr>
              <w:t>履</w:t>
            </w:r>
            <w:proofErr w:type="gramEnd"/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历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>（毕业至今全部工作履历）</w:t>
            </w:r>
          </w:p>
        </w:tc>
      </w:tr>
      <w:tr w:rsidR="00402DD8" w:rsidTr="0006180B">
        <w:trPr>
          <w:trHeight w:val="418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起止年月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工作单位</w:t>
            </w:r>
            <w:proofErr w:type="spellEnd"/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职务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证明人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DE645D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联系电话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Pr="00DE645D" w:rsidRDefault="00DE645D">
            <w:pPr>
              <w:spacing w:after="0"/>
              <w:jc w:val="center"/>
              <w:rPr>
                <w:rFonts w:eastAsia="宋体"/>
                <w:lang w:eastAsia="zh-CN"/>
              </w:rPr>
            </w:pPr>
            <w:proofErr w:type="spellStart"/>
            <w:r w:rsidRPr="00DE645D">
              <w:rPr>
                <w:rFonts w:ascii="宋体" w:eastAsia="宋体" w:hAnsi="宋体" w:hint="eastAsia"/>
                <w:sz w:val="20"/>
              </w:rPr>
              <w:t>月薪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Pr="00DE645D" w:rsidRDefault="00DE645D">
            <w:pPr>
              <w:spacing w:after="0"/>
              <w:jc w:val="center"/>
              <w:rPr>
                <w:rFonts w:eastAsia="宋体"/>
                <w:lang w:eastAsia="zh-CN"/>
              </w:rPr>
            </w:pPr>
            <w:proofErr w:type="spellStart"/>
            <w:r w:rsidRPr="00DE645D">
              <w:rPr>
                <w:rFonts w:ascii="宋体" w:eastAsia="宋体" w:hAnsi="宋体" w:hint="eastAsia"/>
                <w:sz w:val="20"/>
              </w:rPr>
              <w:t>离职原因</w:t>
            </w:r>
            <w:proofErr w:type="spellEnd"/>
          </w:p>
        </w:tc>
      </w:tr>
      <w:tr w:rsidR="00402DD8" w:rsidTr="0006180B">
        <w:trPr>
          <w:trHeight w:val="446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06180B">
        <w:trPr>
          <w:trHeight w:val="46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DE645D" w:rsidTr="0006180B">
        <w:trPr>
          <w:trHeight w:val="418"/>
          <w:jc w:val="center"/>
        </w:trPr>
        <w:tc>
          <w:tcPr>
            <w:tcW w:w="11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DE645D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家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庭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成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员</w:t>
            </w:r>
            <w:r w:rsidR="00A256DC">
              <w:rPr>
                <w:rFonts w:ascii="宋体" w:eastAsia="宋体" w:hAnsi="宋体" w:hint="eastAsia"/>
                <w:sz w:val="20"/>
                <w:lang w:eastAsia="zh-CN"/>
              </w:rPr>
              <w:t>（三代以内直系亲属）</w:t>
            </w:r>
          </w:p>
        </w:tc>
      </w:tr>
      <w:tr w:rsidR="00402DD8" w:rsidTr="0006180B">
        <w:trPr>
          <w:trHeight w:val="23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姓名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关系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年龄</w:t>
            </w:r>
            <w:proofErr w:type="spellEnd"/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工作单位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职务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电活</w:t>
            </w:r>
            <w:proofErr w:type="spellEnd"/>
          </w:p>
        </w:tc>
      </w:tr>
      <w:tr w:rsidR="00402DD8" w:rsidTr="0006180B">
        <w:trPr>
          <w:trHeight w:val="353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06180B">
        <w:trPr>
          <w:trHeight w:val="286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06180B">
        <w:trPr>
          <w:trHeight w:val="29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402DD8">
            <w:pPr>
              <w:spacing w:after="0"/>
              <w:jc w:val="center"/>
            </w:pPr>
          </w:p>
        </w:tc>
      </w:tr>
      <w:tr w:rsidR="00DE645D" w:rsidTr="0006180B">
        <w:trPr>
          <w:trHeight w:val="293"/>
          <w:jc w:val="center"/>
        </w:trPr>
        <w:tc>
          <w:tcPr>
            <w:tcW w:w="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DE645D" w:rsidP="00DE645D">
            <w:pPr>
              <w:spacing w:after="0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应征者有无亲朋好友在本单</w:t>
            </w:r>
            <w:r>
              <w:rPr>
                <w:rFonts w:ascii="宋体" w:eastAsia="宋体" w:hAnsi="宋体" w:hint="eastAsia"/>
                <w:sz w:val="20"/>
                <w:lang w:eastAsia="zh-CN"/>
              </w:rPr>
              <w:t xml:space="preserve">位   </w:t>
            </w:r>
            <w:r>
              <w:rPr>
                <w:rFonts w:ascii="宋体" w:eastAsia="宋体" w:hAnsi="宋体"/>
                <w:sz w:val="20"/>
                <w:lang w:eastAsia="zh-CN"/>
              </w:rPr>
              <w:t>口无</w:t>
            </w:r>
            <w:r>
              <w:rPr>
                <w:rFonts w:ascii="宋体" w:eastAsia="宋体" w:hAnsi="宋体" w:hint="eastAsia"/>
                <w:sz w:val="20"/>
                <w:lang w:eastAsia="zh-CN"/>
              </w:rPr>
              <w:t xml:space="preserve">  </w:t>
            </w:r>
            <w:r>
              <w:rPr>
                <w:rFonts w:ascii="宋体" w:eastAsia="宋体" w:hAnsi="宋体"/>
                <w:sz w:val="20"/>
                <w:lang w:eastAsia="zh-CN"/>
              </w:rPr>
              <w:t>口</w:t>
            </w:r>
            <w:r>
              <w:rPr>
                <w:rFonts w:ascii="宋体" w:eastAsia="宋体" w:hAnsi="宋体" w:hint="eastAsia"/>
                <w:sz w:val="20"/>
                <w:lang w:eastAsia="zh-CN"/>
              </w:rPr>
              <w:t>有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DE645D" w:rsidP="00A256DC">
            <w:pPr>
              <w:spacing w:after="0"/>
            </w:pPr>
            <w:proofErr w:type="spellStart"/>
            <w:r>
              <w:rPr>
                <w:rFonts w:ascii="宋体" w:eastAsia="宋体" w:hAnsi="宋体"/>
                <w:sz w:val="20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E1726D" w:rsidP="00A256DC">
            <w:pPr>
              <w:spacing w:after="0"/>
              <w:rPr>
                <w:lang w:eastAsia="zh-CN"/>
              </w:rPr>
            </w:pPr>
            <w:r>
              <w:rPr>
                <w:rFonts w:ascii="宋体" w:eastAsia="宋体" w:hAnsi="宋体" w:hint="eastAsia"/>
                <w:sz w:val="20"/>
                <w:lang w:eastAsia="zh-CN"/>
              </w:rPr>
              <w:t>称谓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645D" w:rsidRDefault="00DE645D">
            <w:pPr>
              <w:spacing w:after="0"/>
            </w:pPr>
            <w:proofErr w:type="spellStart"/>
            <w:r>
              <w:rPr>
                <w:rFonts w:ascii="宋体" w:eastAsia="宋体" w:hAnsi="宋体"/>
                <w:sz w:val="20"/>
              </w:rPr>
              <w:t>联系方式</w:t>
            </w:r>
            <w:proofErr w:type="spellEnd"/>
          </w:p>
        </w:tc>
      </w:tr>
      <w:tr w:rsidR="00402DD8" w:rsidTr="0006180B">
        <w:trPr>
          <w:trHeight w:val="279"/>
          <w:jc w:val="center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提供两位紧急联络人</w:t>
            </w:r>
            <w:r>
              <w:rPr>
                <w:rFonts w:ascii="宋体" w:eastAsia="宋体" w:hAnsi="宋体"/>
                <w:sz w:val="20"/>
                <w:lang w:eastAsia="zh-CN"/>
              </w:rPr>
              <w:br/>
              <w:t>姓名、电话以便联系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</w:pPr>
            <w:proofErr w:type="spellStart"/>
            <w:r>
              <w:rPr>
                <w:rFonts w:ascii="宋体" w:eastAsia="宋体" w:hAnsi="宋体"/>
                <w:sz w:val="20"/>
              </w:rPr>
              <w:t>姓名</w:t>
            </w:r>
            <w:proofErr w:type="spellEnd"/>
            <w:r>
              <w:rPr>
                <w:rFonts w:ascii="宋体" w:eastAsia="宋体" w:hAnsi="宋体"/>
                <w:sz w:val="20"/>
              </w:rPr>
              <w:t xml:space="preserve">： 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 xml:space="preserve">       </w:t>
            </w:r>
            <w:proofErr w:type="spellStart"/>
            <w:r>
              <w:rPr>
                <w:rFonts w:ascii="宋体" w:eastAsia="宋体" w:hAnsi="宋体"/>
                <w:sz w:val="20"/>
              </w:rPr>
              <w:t>联系电话</w:t>
            </w:r>
            <w:proofErr w:type="spellEnd"/>
            <w:r>
              <w:rPr>
                <w:rFonts w:ascii="宋体" w:eastAsia="宋体" w:hAnsi="宋体"/>
                <w:sz w:val="20"/>
              </w:rPr>
              <w:t>：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DE645D" w:rsidP="00A256DC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招聘</w:t>
            </w:r>
            <w:proofErr w:type="spellEnd"/>
            <w:r>
              <w:rPr>
                <w:rFonts w:ascii="宋体" w:eastAsia="宋体" w:hAnsi="宋体" w:hint="eastAsia"/>
                <w:sz w:val="20"/>
                <w:lang w:eastAsia="zh-CN"/>
              </w:rPr>
              <w:t>信息</w:t>
            </w:r>
            <w:proofErr w:type="spellStart"/>
            <w:r w:rsidR="00BD1C68">
              <w:rPr>
                <w:rFonts w:ascii="宋体" w:eastAsia="宋体" w:hAnsi="宋体"/>
                <w:sz w:val="20"/>
              </w:rPr>
              <w:t>来源</w:t>
            </w:r>
            <w:proofErr w:type="spellEnd"/>
          </w:p>
        </w:tc>
      </w:tr>
      <w:tr w:rsidR="00402DD8" w:rsidTr="0006180B">
        <w:trPr>
          <w:trHeight w:val="299"/>
          <w:jc w:val="center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D8" w:rsidRDefault="00402DD8"/>
        </w:tc>
        <w:tc>
          <w:tcPr>
            <w:tcW w:w="6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</w:pPr>
            <w:proofErr w:type="spellStart"/>
            <w:r>
              <w:rPr>
                <w:rFonts w:ascii="宋体" w:eastAsia="宋体" w:hAnsi="宋体"/>
                <w:sz w:val="20"/>
              </w:rPr>
              <w:t>姓名</w:t>
            </w:r>
            <w:proofErr w:type="spellEnd"/>
            <w:r>
              <w:rPr>
                <w:rFonts w:ascii="宋体" w:eastAsia="宋体" w:hAnsi="宋体"/>
                <w:sz w:val="20"/>
              </w:rPr>
              <w:t>：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 xml:space="preserve">       </w:t>
            </w:r>
            <w:r>
              <w:rPr>
                <w:rFonts w:ascii="宋体" w:eastAsia="宋体" w:hAnsi="宋体"/>
                <w:sz w:val="20"/>
              </w:rPr>
              <w:t xml:space="preserve"> </w:t>
            </w:r>
            <w:proofErr w:type="spellStart"/>
            <w:r>
              <w:rPr>
                <w:rFonts w:ascii="宋体" w:eastAsia="宋体" w:hAnsi="宋体"/>
                <w:sz w:val="20"/>
              </w:rPr>
              <w:t>联系电话</w:t>
            </w:r>
            <w:proofErr w:type="spellEnd"/>
            <w:r>
              <w:rPr>
                <w:rFonts w:ascii="宋体" w:eastAsia="宋体" w:hAnsi="宋体"/>
                <w:sz w:val="20"/>
              </w:rPr>
              <w:t>：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 w:rsidP="00A256DC">
            <w:pPr>
              <w:spacing w:after="0"/>
              <w:jc w:val="center"/>
              <w:rPr>
                <w:lang w:eastAsia="zh-CN"/>
              </w:rPr>
            </w:pPr>
            <w:proofErr w:type="gramStart"/>
            <w:r>
              <w:rPr>
                <w:rFonts w:ascii="宋体" w:eastAsia="宋体" w:hAnsi="宋体"/>
                <w:sz w:val="20"/>
                <w:lang w:eastAsia="zh-CN"/>
              </w:rPr>
              <w:t xml:space="preserve">口网络 </w:t>
            </w:r>
            <w:r w:rsidR="00DE645D">
              <w:rPr>
                <w:rFonts w:ascii="宋体" w:eastAsia="宋体" w:hAnsi="宋体"/>
                <w:sz w:val="20"/>
                <w:lang w:eastAsia="zh-CN"/>
              </w:rPr>
              <w:t>口报纸口</w:t>
            </w:r>
            <w:proofErr w:type="gramEnd"/>
            <w:r w:rsidR="00DE645D">
              <w:rPr>
                <w:rFonts w:ascii="宋体" w:eastAsia="宋体" w:hAnsi="宋体"/>
                <w:sz w:val="20"/>
                <w:lang w:eastAsia="zh-CN"/>
              </w:rPr>
              <w:t>招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聘</w:t>
            </w:r>
            <w:r>
              <w:rPr>
                <w:rFonts w:ascii="宋体" w:eastAsia="宋体" w:hAnsi="宋体"/>
                <w:sz w:val="20"/>
                <w:lang w:eastAsia="zh-CN"/>
              </w:rPr>
              <w:t>会</w:t>
            </w:r>
          </w:p>
        </w:tc>
      </w:tr>
      <w:tr w:rsidR="00402DD8" w:rsidTr="0006180B">
        <w:trPr>
          <w:trHeight w:val="763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2DD8" w:rsidRDefault="00BD1C68">
            <w:pPr>
              <w:spacing w:after="0"/>
              <w:jc w:val="center"/>
            </w:pPr>
            <w:proofErr w:type="spellStart"/>
            <w:r>
              <w:rPr>
                <w:rFonts w:ascii="宋体" w:eastAsia="宋体" w:hAnsi="宋体"/>
                <w:sz w:val="20"/>
              </w:rPr>
              <w:t>获奖情况</w:t>
            </w:r>
            <w:proofErr w:type="spellEnd"/>
            <w:r>
              <w:rPr>
                <w:rFonts w:ascii="宋体" w:eastAsia="宋体" w:hAnsi="宋体"/>
                <w:sz w:val="20"/>
              </w:rPr>
              <w:t>：</w:t>
            </w:r>
          </w:p>
        </w:tc>
        <w:tc>
          <w:tcPr>
            <w:tcW w:w="10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2DD8" w:rsidRDefault="00402DD8">
            <w:pPr>
              <w:spacing w:after="0"/>
              <w:jc w:val="center"/>
            </w:pPr>
          </w:p>
        </w:tc>
      </w:tr>
      <w:tr w:rsidR="00402DD8" w:rsidTr="00351BD8">
        <w:trPr>
          <w:trHeight w:val="1087"/>
          <w:jc w:val="center"/>
        </w:trPr>
        <w:tc>
          <w:tcPr>
            <w:tcW w:w="11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645D" w:rsidRDefault="00BD1C68" w:rsidP="00DE645D">
            <w:pPr>
              <w:spacing w:after="0"/>
              <w:rPr>
                <w:rFonts w:ascii="宋体" w:eastAsia="宋体" w:hAnsi="宋体"/>
                <w:sz w:val="20"/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我郑重承诺：</w:t>
            </w:r>
            <w:r w:rsidR="00DE645D">
              <w:rPr>
                <w:rFonts w:ascii="宋体" w:eastAsia="宋体" w:hAnsi="宋体"/>
                <w:sz w:val="20"/>
                <w:lang w:eastAsia="zh-CN"/>
              </w:rPr>
              <w:t>本人所提供的个人信息、证明资料和证件等材料真实、准确，并自觉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遵守</w:t>
            </w:r>
            <w:r>
              <w:rPr>
                <w:rFonts w:ascii="宋体" w:eastAsia="宋体" w:hAnsi="宋体"/>
                <w:sz w:val="20"/>
                <w:lang w:eastAsia="zh-CN"/>
              </w:rPr>
              <w:t>公开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招</w:t>
            </w:r>
            <w:r>
              <w:rPr>
                <w:rFonts w:ascii="宋体" w:eastAsia="宋体" w:hAnsi="宋体"/>
                <w:sz w:val="20"/>
                <w:lang w:eastAsia="zh-CN"/>
              </w:rPr>
              <w:t>聘的各项规定，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诚</w:t>
            </w:r>
            <w:r w:rsidR="00DE645D">
              <w:rPr>
                <w:rFonts w:ascii="宋体" w:eastAsia="宋体" w:hAnsi="宋体"/>
                <w:sz w:val="20"/>
                <w:lang w:eastAsia="zh-CN"/>
              </w:rPr>
              <w:t>实守信，严守纪律，认真履行应聘人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员</w:t>
            </w:r>
            <w:r w:rsidR="00DE645D">
              <w:rPr>
                <w:rFonts w:ascii="宋体" w:eastAsia="宋体" w:hAnsi="宋体"/>
                <w:sz w:val="20"/>
                <w:lang w:eastAsia="zh-CN"/>
              </w:rPr>
              <w:t>的义务，自觉接受公开招聘</w:t>
            </w:r>
            <w:r w:rsidR="00DE645D">
              <w:rPr>
                <w:rFonts w:ascii="宋体" w:eastAsia="宋体" w:hAnsi="宋体" w:hint="eastAsia"/>
                <w:sz w:val="20"/>
                <w:lang w:eastAsia="zh-CN"/>
              </w:rPr>
              <w:t>过程中</w:t>
            </w:r>
            <w:r>
              <w:rPr>
                <w:rFonts w:ascii="宋体" w:eastAsia="宋体" w:hAnsi="宋体"/>
                <w:sz w:val="20"/>
                <w:lang w:eastAsia="zh-CN"/>
              </w:rPr>
              <w:t>的资格审查。对因提供有关信息、证件不实或违反有关纪律规定所造成的后果，本人有愿承担相应的责任。</w:t>
            </w:r>
          </w:p>
          <w:p w:rsidR="00402DD8" w:rsidRDefault="00DE645D" w:rsidP="00DE645D">
            <w:pPr>
              <w:spacing w:after="0"/>
              <w:ind w:right="400" w:firstLineChars="3750" w:firstLine="7500"/>
              <w:rPr>
                <w:lang w:eastAsia="zh-CN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0"/>
                <w:lang w:eastAsia="zh-CN"/>
              </w:rPr>
              <w:t>申</w:t>
            </w:r>
            <w:r w:rsidR="00BD1C68">
              <w:rPr>
                <w:rFonts w:ascii="宋体" w:eastAsia="宋体" w:hAnsi="宋体"/>
                <w:sz w:val="20"/>
                <w:lang w:eastAsia="zh-CN"/>
              </w:rPr>
              <w:t>请人签名：</w:t>
            </w:r>
            <w:r>
              <w:rPr>
                <w:rFonts w:ascii="宋体" w:eastAsia="宋体" w:hAnsi="宋体" w:hint="eastAsia"/>
                <w:sz w:val="20"/>
                <w:lang w:eastAsia="zh-CN"/>
              </w:rPr>
              <w:t xml:space="preserve"> </w:t>
            </w:r>
          </w:p>
        </w:tc>
      </w:tr>
      <w:tr w:rsidR="00402DD8" w:rsidTr="0006180B">
        <w:trPr>
          <w:trHeight w:val="1310"/>
          <w:jc w:val="center"/>
        </w:trPr>
        <w:tc>
          <w:tcPr>
            <w:tcW w:w="11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2DD8" w:rsidRDefault="00BD1C68">
            <w:pPr>
              <w:spacing w:after="0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资格审查意见：</w:t>
            </w:r>
            <w:r>
              <w:rPr>
                <w:rFonts w:ascii="宋体" w:eastAsia="宋体" w:hAnsi="宋体"/>
                <w:sz w:val="20"/>
                <w:lang w:eastAsia="zh-CN"/>
              </w:rPr>
              <w:br/>
              <w:t>审查人员签名及日期：</w:t>
            </w:r>
          </w:p>
        </w:tc>
      </w:tr>
    </w:tbl>
    <w:p w:rsidR="00402DD8" w:rsidRPr="00065FB8" w:rsidRDefault="00402DD8">
      <w:pPr>
        <w:rPr>
          <w:rFonts w:eastAsia="宋体"/>
          <w:lang w:eastAsia="zh-CN"/>
        </w:rPr>
      </w:pPr>
    </w:p>
    <w:sectPr w:rsidR="00402DD8" w:rsidRPr="00065FB8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322" w:rsidRDefault="005C7322" w:rsidP="00DE645D">
      <w:pPr>
        <w:spacing w:after="0" w:line="240" w:lineRule="auto"/>
      </w:pPr>
      <w:r>
        <w:separator/>
      </w:r>
    </w:p>
  </w:endnote>
  <w:endnote w:type="continuationSeparator" w:id="0">
    <w:p w:rsidR="005C7322" w:rsidRDefault="005C7322" w:rsidP="00DE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322" w:rsidRDefault="005C7322" w:rsidP="00DE645D">
      <w:pPr>
        <w:spacing w:after="0" w:line="240" w:lineRule="auto"/>
      </w:pPr>
      <w:r>
        <w:separator/>
      </w:r>
    </w:p>
  </w:footnote>
  <w:footnote w:type="continuationSeparator" w:id="0">
    <w:p w:rsidR="005C7322" w:rsidRDefault="005C7322" w:rsidP="00DE6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C4536"/>
    <w:multiLevelType w:val="multilevel"/>
    <w:tmpl w:val="E37E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180B"/>
    <w:rsid w:val="00065FB8"/>
    <w:rsid w:val="0015074B"/>
    <w:rsid w:val="00271E22"/>
    <w:rsid w:val="0029639D"/>
    <w:rsid w:val="00326F90"/>
    <w:rsid w:val="00351BD8"/>
    <w:rsid w:val="00402DD8"/>
    <w:rsid w:val="005C7322"/>
    <w:rsid w:val="00655403"/>
    <w:rsid w:val="008B25BC"/>
    <w:rsid w:val="00923F36"/>
    <w:rsid w:val="00960C92"/>
    <w:rsid w:val="00A256DC"/>
    <w:rsid w:val="00A71A74"/>
    <w:rsid w:val="00AA1D8D"/>
    <w:rsid w:val="00B47730"/>
    <w:rsid w:val="00BD1C68"/>
    <w:rsid w:val="00CB0664"/>
    <w:rsid w:val="00DD30D0"/>
    <w:rsid w:val="00DE645D"/>
    <w:rsid w:val="00E1726D"/>
    <w:rsid w:val="00F57A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F"/>
  </w:style>
  <w:style w:type="paragraph" w:styleId="1">
    <w:name w:val="heading 1"/>
    <w:basedOn w:val="a"/>
    <w:next w:val="a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table" w:styleId="10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4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-3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3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paragraph" w:styleId="20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21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table" w:styleId="-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0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1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-42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-4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7Char">
    <w:name w:val="Heading 7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ubtitleChar">
    <w:name w:val="Subtitle Char"/>
    <w:basedOn w:val="a0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50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1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IntenseQuoteChar">
    <w:name w:val="Intense Quote Char"/>
    <w:basedOn w:val="a0"/>
    <w:uiPriority w:val="30"/>
    <w:rsid w:val="00FC693F"/>
    <w:rPr>
      <w:b/>
      <w:bCs/>
      <w:i/>
      <w:iCs/>
      <w:color w:val="4F81BD" w:themeColor="accent1"/>
    </w:rPr>
  </w:style>
  <w:style w:type="table" w:styleId="-43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2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4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22">
    <w:name w:val="List Bullet 2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2-20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QuoteChar">
    <w:name w:val="Quote Char"/>
    <w:basedOn w:val="a0"/>
    <w:uiPriority w:val="29"/>
    <w:rsid w:val="00FC693F"/>
    <w:rPr>
      <w:i/>
      <w:iCs/>
      <w:color w:val="000000" w:themeColor="text1"/>
    </w:rPr>
  </w:style>
  <w:style w:type="character" w:customStyle="1" w:styleId="BodyTextChar">
    <w:name w:val="Body Text Char"/>
    <w:basedOn w:val="a0"/>
    <w:uiPriority w:val="99"/>
    <w:rsid w:val="00AA1D8D"/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a5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a6">
    <w:name w:val="Intense Quote"/>
    <w:basedOn w:val="a"/>
    <w:next w:val="a"/>
    <w:link w:val="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table" w:styleId="23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Char0">
    <w:name w:val="副标题 Char"/>
    <w:basedOn w:val="a0"/>
    <w:link w:val="a7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693F"/>
    <w:rPr>
      <w:b/>
      <w:bCs/>
    </w:rPr>
  </w:style>
  <w:style w:type="character" w:customStyle="1" w:styleId="4Char">
    <w:name w:val="标题 4 Char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FC693F"/>
    <w:rPr>
      <w:i/>
      <w:iCs/>
    </w:r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a">
    <w:name w:val="List Bullet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-10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3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4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header"/>
    <w:basedOn w:val="a"/>
    <w:link w:val="Char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2-30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1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c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ad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paragraph" w:styleId="ae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1-4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2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f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table" w:styleId="-3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7Char">
    <w:name w:val="标题 7 Char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-53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2-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60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1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30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2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54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25">
    <w:name w:val="Body Text 2"/>
    <w:basedOn w:val="a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Heading1Char">
    <w:name w:val="Heading 1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0">
    <w:name w:val="List Number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30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2-40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5Char">
    <w:name w:val="标题 5 Char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List Bullet 3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12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MacroTextChar">
    <w:name w:val="Macro Text Char"/>
    <w:basedOn w:val="a0"/>
    <w:uiPriority w:val="99"/>
    <w:rsid w:val="0029639D"/>
    <w:rPr>
      <w:rFonts w:ascii="Courier" w:hAnsi="Courier"/>
      <w:sz w:val="20"/>
      <w:szCs w:val="20"/>
    </w:rPr>
  </w:style>
  <w:style w:type="table" w:styleId="1-5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7">
    <w:name w:val="Subtitle"/>
    <w:basedOn w:val="a"/>
    <w:next w:val="a"/>
    <w:link w:val="Char0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3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26">
    <w:name w:val="List Number 2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customStyle="1" w:styleId="Char1">
    <w:name w:val="页眉 Char"/>
    <w:basedOn w:val="a0"/>
    <w:link w:val="ab"/>
    <w:uiPriority w:val="99"/>
    <w:rsid w:val="00E618BF"/>
  </w:style>
  <w:style w:type="table" w:styleId="af1">
    <w:name w:val="Table Grid"/>
    <w:basedOn w:val="a1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Char">
    <w:name w:val="明显引用 Char"/>
    <w:basedOn w:val="a0"/>
    <w:link w:val="a6"/>
    <w:uiPriority w:val="30"/>
    <w:rsid w:val="00FC693F"/>
    <w:rPr>
      <w:b/>
      <w:bCs/>
      <w:i/>
      <w:iCs/>
      <w:color w:val="4F81BD" w:themeColor="accent1"/>
    </w:rPr>
  </w:style>
  <w:style w:type="table" w:styleId="1-20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12">
    <w:name w:val="p_12_华文仿宋"/>
    <w:basedOn w:val="a"/>
    <w:rPr>
      <w:rFonts w:ascii="Times New Roman" w:eastAsia="华文仿宋" w:hAnsi="华文仿宋"/>
      <w:color w:val="000000"/>
      <w:sz w:val="24"/>
    </w:rPr>
  </w:style>
  <w:style w:type="table" w:styleId="2-31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2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61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3">
    <w:name w:val="No Spacing"/>
    <w:uiPriority w:val="1"/>
    <w:qFormat/>
    <w:rsid w:val="00FC693F"/>
    <w:pPr>
      <w:spacing w:after="0" w:line="240" w:lineRule="auto"/>
    </w:pPr>
  </w:style>
  <w:style w:type="table" w:styleId="-31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5">
    <w:name w:val="Body Text"/>
    <w:basedOn w:val="a"/>
    <w:link w:val="Char2"/>
    <w:uiPriority w:val="99"/>
    <w:unhideWhenUsed/>
    <w:rsid w:val="00AA1D8D"/>
    <w:pPr>
      <w:spacing w:after="120"/>
    </w:pPr>
  </w:style>
  <w:style w:type="table" w:styleId="1-41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22">
    <w:name w:val="p_22_华文仿宋"/>
    <w:basedOn w:val="a"/>
    <w:rPr>
      <w:rFonts w:ascii="Times New Roman" w:eastAsia="华文仿宋" w:hAnsi="华文仿宋"/>
      <w:b/>
      <w:color w:val="000000"/>
      <w:sz w:val="44"/>
    </w:rPr>
  </w:style>
  <w:style w:type="table" w:styleId="-32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4Char">
    <w:name w:val="Heading 4 Char"/>
    <w:basedOn w:val="a0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-62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13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3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4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3Char0">
    <w:name w:val="正文文本 3 Char"/>
    <w:basedOn w:val="a0"/>
    <w:link w:val="32"/>
    <w:uiPriority w:val="99"/>
    <w:rsid w:val="00AA1D8D"/>
    <w:rPr>
      <w:sz w:val="16"/>
      <w:szCs w:val="16"/>
    </w:rPr>
  </w:style>
  <w:style w:type="table" w:styleId="-35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Heading8Char">
    <w:name w:val="Heading 8 Char"/>
    <w:basedOn w:val="a0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f6">
    <w:name w:val="List Paragraph"/>
    <w:basedOn w:val="a"/>
    <w:uiPriority w:val="34"/>
    <w:qFormat/>
    <w:rsid w:val="00FC693F"/>
    <w:pPr>
      <w:ind w:left="720"/>
      <w:contextualSpacing/>
    </w:pPr>
  </w:style>
  <w:style w:type="table" w:styleId="1-21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a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3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8">
    <w:name w:val="Quote"/>
    <w:basedOn w:val="a"/>
    <w:next w:val="a"/>
    <w:link w:val="Char3"/>
    <w:uiPriority w:val="29"/>
    <w:qFormat/>
    <w:rsid w:val="00FC693F"/>
    <w:rPr>
      <w:i/>
      <w:iCs/>
      <w:color w:val="000000" w:themeColor="text1"/>
    </w:rPr>
  </w:style>
  <w:style w:type="table" w:styleId="af9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ing6Char">
    <w:name w:val="Heading 6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1-61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a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table" w:styleId="-63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b">
    <w:name w:val="List"/>
    <w:basedOn w:val="a"/>
    <w:uiPriority w:val="99"/>
    <w:unhideWhenUsed/>
    <w:rsid w:val="00AA1D8D"/>
    <w:pPr>
      <w:ind w:left="360" w:hanging="360"/>
      <w:contextualSpacing/>
    </w:pPr>
  </w:style>
  <w:style w:type="character" w:customStyle="1" w:styleId="Char4">
    <w:name w:val="宏文本 Char"/>
    <w:basedOn w:val="a0"/>
    <w:link w:val="afc"/>
    <w:uiPriority w:val="99"/>
    <w:rsid w:val="0029639D"/>
    <w:rPr>
      <w:rFonts w:ascii="Courier" w:hAnsi="Courier"/>
      <w:sz w:val="20"/>
      <w:szCs w:val="20"/>
    </w:rPr>
  </w:style>
  <w:style w:type="paragraph" w:styleId="afd">
    <w:name w:val="Title"/>
    <w:basedOn w:val="a"/>
    <w:next w:val="a"/>
    <w:link w:val="Char5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7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e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table" w:styleId="-24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64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-5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f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Char3">
    <w:name w:val="引用 Char"/>
    <w:basedOn w:val="a0"/>
    <w:link w:val="af8"/>
    <w:uiPriority w:val="29"/>
    <w:rsid w:val="00FC693F"/>
    <w:rPr>
      <w:i/>
      <w:iCs/>
      <w:color w:val="000000" w:themeColor="text1"/>
    </w:r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3Char">
    <w:name w:val="标题 3 Char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45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paragraph" w:styleId="aff0">
    <w:name w:val="footer"/>
    <w:basedOn w:val="a"/>
    <w:link w:val="Char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-25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Char5">
    <w:name w:val="标题 Char"/>
    <w:basedOn w:val="a0"/>
    <w:link w:val="afd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c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Char">
    <w:name w:val="Body Text 2 Char"/>
    <w:basedOn w:val="a0"/>
    <w:uiPriority w:val="99"/>
    <w:rsid w:val="00AA1D8D"/>
  </w:style>
  <w:style w:type="table" w:styleId="-65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60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5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customStyle="1" w:styleId="Char2">
    <w:name w:val="正文文本 Char"/>
    <w:basedOn w:val="a0"/>
    <w:link w:val="af5"/>
    <w:uiPriority w:val="99"/>
    <w:rsid w:val="00AA1D8D"/>
  </w:style>
  <w:style w:type="character" w:customStyle="1" w:styleId="BodyText3Char">
    <w:name w:val="Body Text 3 Char"/>
    <w:basedOn w:val="a0"/>
    <w:uiPriority w:val="99"/>
    <w:rsid w:val="00AA1D8D"/>
    <w:rPr>
      <w:sz w:val="16"/>
      <w:szCs w:val="16"/>
    </w:rPr>
  </w:style>
  <w:style w:type="paragraph" w:styleId="34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table" w:styleId="2-61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8Char">
    <w:name w:val="标题 8 Char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35">
    <w:name w:val="List Number 3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customStyle="1" w:styleId="2Char0">
    <w:name w:val="正文文本 2 Char"/>
    <w:basedOn w:val="a0"/>
    <w:link w:val="25"/>
    <w:uiPriority w:val="99"/>
    <w:rsid w:val="00AA1D8D"/>
  </w:style>
  <w:style w:type="character" w:customStyle="1" w:styleId="Char6">
    <w:name w:val="页脚 Char"/>
    <w:basedOn w:val="a0"/>
    <w:link w:val="aff0"/>
    <w:uiPriority w:val="99"/>
    <w:rsid w:val="00E618BF"/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6Char">
    <w:name w:val="标题 6 Char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2-1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TitleChar">
    <w:name w:val="Title Char"/>
    <w:basedOn w:val="a0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9Char">
    <w:name w:val="Heading 9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Char">
    <w:name w:val="标题 2 Char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Char">
    <w:name w:val="标题 9 Char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1">
    <w:name w:val="Balloon Text"/>
    <w:basedOn w:val="a"/>
    <w:link w:val="Char7"/>
    <w:uiPriority w:val="99"/>
    <w:semiHidden/>
    <w:unhideWhenUsed/>
    <w:rsid w:val="00351BD8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0"/>
    <w:link w:val="aff1"/>
    <w:uiPriority w:val="99"/>
    <w:semiHidden/>
    <w:rsid w:val="00351B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F"/>
  </w:style>
  <w:style w:type="paragraph" w:styleId="1">
    <w:name w:val="heading 1"/>
    <w:basedOn w:val="a"/>
    <w:next w:val="a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table" w:styleId="10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4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-3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3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paragraph" w:styleId="20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21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table" w:styleId="-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0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1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-42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-4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7Char">
    <w:name w:val="Heading 7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ubtitleChar">
    <w:name w:val="Subtitle Char"/>
    <w:basedOn w:val="a0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50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1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IntenseQuoteChar">
    <w:name w:val="Intense Quote Char"/>
    <w:basedOn w:val="a0"/>
    <w:uiPriority w:val="30"/>
    <w:rsid w:val="00FC693F"/>
    <w:rPr>
      <w:b/>
      <w:bCs/>
      <w:i/>
      <w:iCs/>
      <w:color w:val="4F81BD" w:themeColor="accent1"/>
    </w:rPr>
  </w:style>
  <w:style w:type="table" w:styleId="-43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2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4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22">
    <w:name w:val="List Bullet 2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2-20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QuoteChar">
    <w:name w:val="Quote Char"/>
    <w:basedOn w:val="a0"/>
    <w:uiPriority w:val="29"/>
    <w:rsid w:val="00FC693F"/>
    <w:rPr>
      <w:i/>
      <w:iCs/>
      <w:color w:val="000000" w:themeColor="text1"/>
    </w:rPr>
  </w:style>
  <w:style w:type="character" w:customStyle="1" w:styleId="BodyTextChar">
    <w:name w:val="Body Text Char"/>
    <w:basedOn w:val="a0"/>
    <w:uiPriority w:val="99"/>
    <w:rsid w:val="00AA1D8D"/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a5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a6">
    <w:name w:val="Intense Quote"/>
    <w:basedOn w:val="a"/>
    <w:next w:val="a"/>
    <w:link w:val="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table" w:styleId="23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Char0">
    <w:name w:val="副标题 Char"/>
    <w:basedOn w:val="a0"/>
    <w:link w:val="a7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693F"/>
    <w:rPr>
      <w:b/>
      <w:bCs/>
    </w:rPr>
  </w:style>
  <w:style w:type="character" w:customStyle="1" w:styleId="4Char">
    <w:name w:val="标题 4 Char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FC693F"/>
    <w:rPr>
      <w:i/>
      <w:iCs/>
    </w:r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a">
    <w:name w:val="List Bullet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-10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3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4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header"/>
    <w:basedOn w:val="a"/>
    <w:link w:val="Char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2-30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1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c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ad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paragraph" w:styleId="ae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1-4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2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f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table" w:styleId="-3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7Char">
    <w:name w:val="标题 7 Char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-53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2-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60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1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30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2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54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25">
    <w:name w:val="Body Text 2"/>
    <w:basedOn w:val="a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Heading1Char">
    <w:name w:val="Heading 1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0">
    <w:name w:val="List Number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30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2-40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5Char">
    <w:name w:val="标题 5 Char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List Bullet 3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12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MacroTextChar">
    <w:name w:val="Macro Text Char"/>
    <w:basedOn w:val="a0"/>
    <w:uiPriority w:val="99"/>
    <w:rsid w:val="0029639D"/>
    <w:rPr>
      <w:rFonts w:ascii="Courier" w:hAnsi="Courier"/>
      <w:sz w:val="20"/>
      <w:szCs w:val="20"/>
    </w:rPr>
  </w:style>
  <w:style w:type="table" w:styleId="1-5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7">
    <w:name w:val="Subtitle"/>
    <w:basedOn w:val="a"/>
    <w:next w:val="a"/>
    <w:link w:val="Char0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3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26">
    <w:name w:val="List Number 2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customStyle="1" w:styleId="Char1">
    <w:name w:val="页眉 Char"/>
    <w:basedOn w:val="a0"/>
    <w:link w:val="ab"/>
    <w:uiPriority w:val="99"/>
    <w:rsid w:val="00E618BF"/>
  </w:style>
  <w:style w:type="table" w:styleId="af1">
    <w:name w:val="Table Grid"/>
    <w:basedOn w:val="a1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Char">
    <w:name w:val="明显引用 Char"/>
    <w:basedOn w:val="a0"/>
    <w:link w:val="a6"/>
    <w:uiPriority w:val="30"/>
    <w:rsid w:val="00FC693F"/>
    <w:rPr>
      <w:b/>
      <w:bCs/>
      <w:i/>
      <w:iCs/>
      <w:color w:val="4F81BD" w:themeColor="accent1"/>
    </w:rPr>
  </w:style>
  <w:style w:type="table" w:styleId="1-20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12">
    <w:name w:val="p_12_华文仿宋"/>
    <w:basedOn w:val="a"/>
    <w:rPr>
      <w:rFonts w:ascii="Times New Roman" w:eastAsia="华文仿宋" w:hAnsi="华文仿宋"/>
      <w:color w:val="000000"/>
      <w:sz w:val="24"/>
    </w:rPr>
  </w:style>
  <w:style w:type="table" w:styleId="2-31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2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61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3">
    <w:name w:val="No Spacing"/>
    <w:uiPriority w:val="1"/>
    <w:qFormat/>
    <w:rsid w:val="00FC693F"/>
    <w:pPr>
      <w:spacing w:after="0" w:line="240" w:lineRule="auto"/>
    </w:pPr>
  </w:style>
  <w:style w:type="table" w:styleId="-31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5">
    <w:name w:val="Body Text"/>
    <w:basedOn w:val="a"/>
    <w:link w:val="Char2"/>
    <w:uiPriority w:val="99"/>
    <w:unhideWhenUsed/>
    <w:rsid w:val="00AA1D8D"/>
    <w:pPr>
      <w:spacing w:after="120"/>
    </w:pPr>
  </w:style>
  <w:style w:type="table" w:styleId="1-41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22">
    <w:name w:val="p_22_华文仿宋"/>
    <w:basedOn w:val="a"/>
    <w:rPr>
      <w:rFonts w:ascii="Times New Roman" w:eastAsia="华文仿宋" w:hAnsi="华文仿宋"/>
      <w:b/>
      <w:color w:val="000000"/>
      <w:sz w:val="44"/>
    </w:rPr>
  </w:style>
  <w:style w:type="table" w:styleId="-32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4Char">
    <w:name w:val="Heading 4 Char"/>
    <w:basedOn w:val="a0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-62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13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3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4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3Char0">
    <w:name w:val="正文文本 3 Char"/>
    <w:basedOn w:val="a0"/>
    <w:link w:val="32"/>
    <w:uiPriority w:val="99"/>
    <w:rsid w:val="00AA1D8D"/>
    <w:rPr>
      <w:sz w:val="16"/>
      <w:szCs w:val="16"/>
    </w:rPr>
  </w:style>
  <w:style w:type="table" w:styleId="-35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Heading8Char">
    <w:name w:val="Heading 8 Char"/>
    <w:basedOn w:val="a0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f6">
    <w:name w:val="List Paragraph"/>
    <w:basedOn w:val="a"/>
    <w:uiPriority w:val="34"/>
    <w:qFormat/>
    <w:rsid w:val="00FC693F"/>
    <w:pPr>
      <w:ind w:left="720"/>
      <w:contextualSpacing/>
    </w:pPr>
  </w:style>
  <w:style w:type="table" w:styleId="1-21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a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3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8">
    <w:name w:val="Quote"/>
    <w:basedOn w:val="a"/>
    <w:next w:val="a"/>
    <w:link w:val="Char3"/>
    <w:uiPriority w:val="29"/>
    <w:qFormat/>
    <w:rsid w:val="00FC693F"/>
    <w:rPr>
      <w:i/>
      <w:iCs/>
      <w:color w:val="000000" w:themeColor="text1"/>
    </w:rPr>
  </w:style>
  <w:style w:type="table" w:styleId="af9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ing6Char">
    <w:name w:val="Heading 6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1-61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a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table" w:styleId="-63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b">
    <w:name w:val="List"/>
    <w:basedOn w:val="a"/>
    <w:uiPriority w:val="99"/>
    <w:unhideWhenUsed/>
    <w:rsid w:val="00AA1D8D"/>
    <w:pPr>
      <w:ind w:left="360" w:hanging="360"/>
      <w:contextualSpacing/>
    </w:pPr>
  </w:style>
  <w:style w:type="character" w:customStyle="1" w:styleId="Char4">
    <w:name w:val="宏文本 Char"/>
    <w:basedOn w:val="a0"/>
    <w:link w:val="afc"/>
    <w:uiPriority w:val="99"/>
    <w:rsid w:val="0029639D"/>
    <w:rPr>
      <w:rFonts w:ascii="Courier" w:hAnsi="Courier"/>
      <w:sz w:val="20"/>
      <w:szCs w:val="20"/>
    </w:rPr>
  </w:style>
  <w:style w:type="paragraph" w:styleId="afd">
    <w:name w:val="Title"/>
    <w:basedOn w:val="a"/>
    <w:next w:val="a"/>
    <w:link w:val="Char5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7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e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table" w:styleId="-24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64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-5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f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Char3">
    <w:name w:val="引用 Char"/>
    <w:basedOn w:val="a0"/>
    <w:link w:val="af8"/>
    <w:uiPriority w:val="29"/>
    <w:rsid w:val="00FC693F"/>
    <w:rPr>
      <w:i/>
      <w:iCs/>
      <w:color w:val="000000" w:themeColor="text1"/>
    </w:r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3Char">
    <w:name w:val="标题 3 Char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45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paragraph" w:styleId="aff0">
    <w:name w:val="footer"/>
    <w:basedOn w:val="a"/>
    <w:link w:val="Char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-25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Char5">
    <w:name w:val="标题 Char"/>
    <w:basedOn w:val="a0"/>
    <w:link w:val="afd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c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Char">
    <w:name w:val="Body Text 2 Char"/>
    <w:basedOn w:val="a0"/>
    <w:uiPriority w:val="99"/>
    <w:rsid w:val="00AA1D8D"/>
  </w:style>
  <w:style w:type="table" w:styleId="-65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60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5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customStyle="1" w:styleId="Char2">
    <w:name w:val="正文文本 Char"/>
    <w:basedOn w:val="a0"/>
    <w:link w:val="af5"/>
    <w:uiPriority w:val="99"/>
    <w:rsid w:val="00AA1D8D"/>
  </w:style>
  <w:style w:type="character" w:customStyle="1" w:styleId="BodyText3Char">
    <w:name w:val="Body Text 3 Char"/>
    <w:basedOn w:val="a0"/>
    <w:uiPriority w:val="99"/>
    <w:rsid w:val="00AA1D8D"/>
    <w:rPr>
      <w:sz w:val="16"/>
      <w:szCs w:val="16"/>
    </w:rPr>
  </w:style>
  <w:style w:type="paragraph" w:styleId="34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table" w:styleId="2-61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8Char">
    <w:name w:val="标题 8 Char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35">
    <w:name w:val="List Number 3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character" w:customStyle="1" w:styleId="2Char0">
    <w:name w:val="正文文本 2 Char"/>
    <w:basedOn w:val="a0"/>
    <w:link w:val="25"/>
    <w:uiPriority w:val="99"/>
    <w:rsid w:val="00AA1D8D"/>
  </w:style>
  <w:style w:type="character" w:customStyle="1" w:styleId="Char6">
    <w:name w:val="页脚 Char"/>
    <w:basedOn w:val="a0"/>
    <w:link w:val="aff0"/>
    <w:uiPriority w:val="99"/>
    <w:rsid w:val="00E618BF"/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6Char">
    <w:name w:val="标题 6 Char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2-1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TitleChar">
    <w:name w:val="Title Char"/>
    <w:basedOn w:val="a0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a0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9Char">
    <w:name w:val="Heading 9 Char"/>
    <w:basedOn w:val="a0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Char">
    <w:name w:val="标题 2 Char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Char">
    <w:name w:val="标题 9 Char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1">
    <w:name w:val="Balloon Text"/>
    <w:basedOn w:val="a"/>
    <w:link w:val="Char7"/>
    <w:uiPriority w:val="99"/>
    <w:semiHidden/>
    <w:unhideWhenUsed/>
    <w:rsid w:val="00351BD8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0"/>
    <w:link w:val="aff1"/>
    <w:uiPriority w:val="99"/>
    <w:semiHidden/>
    <w:rsid w:val="00351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</Words>
  <Characters>569</Characters>
  <Application>Microsoft Office Word</Application>
  <DocSecurity>0</DocSecurity>
  <Lines>4</Lines>
  <Paragraphs>1</Paragraphs>
  <ScaleCrop>false</ScaleCrop>
  <Company>china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王圣</cp:lastModifiedBy>
  <cp:revision>15</cp:revision>
  <cp:lastPrinted>2024-11-01T04:00:00Z</cp:lastPrinted>
  <dcterms:created xsi:type="dcterms:W3CDTF">2024-09-25T09:47:00Z</dcterms:created>
  <dcterms:modified xsi:type="dcterms:W3CDTF">2024-11-01T04:00:00Z</dcterms:modified>
</cp:coreProperties>
</file>